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סיום המחצית: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סיום מחצית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יעד אישי למחצית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להסתכל אחורה ולהציב יעדים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דף עם 3 דברים שגאים בהם, לא קשור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יעד ברור, מדיד וקטן עם צעד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כותבים דף רפלקציה על מה הלך טוב ומה מאתגר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מה לשמור ומה לשנות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פעילות 'קופסת הזיכרונות' ליסודי א׳-ג׳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פעילות המכתב תודה ליסודי ד׳-ו׳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בתיכון יש מפגש אישי קצר של 5 דקות עם 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בהתאמה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מודגש שהשיחה אינה על ציונים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(קופסת הזיכרונות)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(תעודה שאני כותב לעצמי)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(יעד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(תכנון אישי שבועי)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(דף רפלקציה עם משפטי פתיחה פשוטים)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- להכין דף רפלקציה מותאם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לאסוף תמונות מהמחצית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ציר זמן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שהשיחה אינה על ציונים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 - לשמור את היעדים ולחזור אליהם באמצע המחצית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ברור, קטן ומדיד + צעד מעשי אחד ברור וניתן לביצוע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תודה אישי וקצר, מציין פעולה קונקרטית של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רפלקציה, הכרת תודה והצבת יעדים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קופסת הזיכרונות או מדרגות ההצלחה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ברור, מדיד וקטן, עם צעד ראשון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 הכתיבה האישית לגיל התלמידים ולהשתמש בדף הרפלקציה המתאים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שהשיחה והכתיבה אינן עוסקות בציונים אלא בתחושות ובצמיחה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המשוב הכיתתי האנונימי כסיכום משותף לאחר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סיום מחצית א׳ – רפלקציה והצבת יעדים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מחצית א׳ נהוג לעצור, להסתכל אחורה על מה שקרה בכיתה, להודות למי שעזר ולהציב יעדים חדשים למחצית הבאה.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פעילות סיום מחצית א׳?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ציונים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להסתכל אחורה ולהציב יעדים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מחנך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'תעודה שאני כותב לעצמי'?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ציונים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עם 3 דברים שגאים בהם, לא קשור לציונים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טופס הרשמה למחצית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'יעד חכם'?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יעד גדול וכללי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יעד ברור, מדיד וקטן עם צעד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יעד שהמורה בוחרת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יעד ללא שום צעדים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ב'מראה ומפה' בחטיבת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דף רפלקציה על מה הלך טוב ומה מאתגר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תעודה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המשוב הכיתתי האנונימי בחטיבת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מה לשמור ומה לשנות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נציג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מציעים לילדים לצייר את הרגע הכי שמח שלהם מתחילת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ד׳-ו׳ כותבים מכתב תודה לאיש צוות או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עורכים רק שיחה קבוצתית ולא שיחות אישיות.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מציינים כמה עברית נלמדה מאז ספטמבר כהצלחה.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הסיכום בחטיבה עוסקת רק בציונים.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בכיתות היסודי הנמוכות משתמשים בסולם מנייר שנקרא __________ ההצלחה.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ד׳-ו׳ מסמנים אירועים מהמחצית על __________ הזמן של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בחטיבת הביניים כל תלמיד מנסח __________ אחד ברור וקטן למחצית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בונים לוח זמנים שבועי מאוזן ללימודים, מנוחה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ההתאמה לתלמידי חנ״מ כוללת 3 __________ שמבטאים רגשות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לפני הפעילות צריך להכין __________ זמן ריק.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א׳-ג׳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רפלקציה עם משפטי פתיחה פשוטים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קופסת הזיכרונות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אישי שבועי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יעד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תעודה שאני כותב לעצמי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- להכין ציר זמן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 - להדגיש שהשיחה אינה על ציונים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 - לשמור את היעדים ולחזור אליהם באמצע המחצית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להכין דף רפלקציה מותאם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לאסוף תמונות מהמחצית בהסכמה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יעד חכם אחד למחצית הבאה, וצעד ראשון שתעשו השבוע כדי להתקדם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מהכיתה או מהצוות על עזרה שקיבלתם במחצית הזו.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פעילות סיום מחצית?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לכיתות הנמוכות.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המרכיבים של 'יעד חכם'?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סיום מחצית א׳ – רפלקציה והצבת יעדים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