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סיום מחצית א׳ – רפלקציה והצבת יעדים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סיום המחצית: רפלקציה, הכרת תודה והצבת יעדים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סיום מחצית המתאימות לגילאים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יעד אישי למחצית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לעצור, להסתכל אחורה ולהציב יעדים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דף עם 3 דברים שגאים בהם, לא קשור לציונים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יעד ברור, מדיד וקטן עם צעד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כותבים דף רפלקציה על מה הלך טוב ומה מאתגר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לדעת מה לשמור ומה לשנות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פעילות 'קופסת הזיכרונות' ליסודי א׳-ג׳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פעילות המכתב תודה ליסודי ד׳-ו׳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בתיכון יש מפגש אישי קצר של 5 דקות עם כל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בהתאמה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מודגש שהשיחה אינה על ציונים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פרצופים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שכבת גיל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(קופסת הזיכרונות)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(תעודה שאני כותב לעצמי)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(יעד 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(תכנון אישי שבועי)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(דף רפלקציה עם משפטי פתיחה פשוטים)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 - להכין דף רפלקציה מותאם לגיל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 לפני - לאסוף תמונות מהמחצית בהסכמה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לפני - להכין ציר זמן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 - להדגיש שהשיחה אינה על ציונים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 האירוע - לשמור את היעדים ולחזור אליהם באמצע המחצית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יעד ברור, קטן ומדיד + צעד מעשי אחד ברור וניתן לביצוע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תודה אישי וקצר, מציין פעולה קונקרטית של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רפלקציה, הכרת תודה והצבת יעדים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קופסת הזיכרונות או מדרגות ההצלחה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ברור, מדיד וקטן, עם צעד ראשון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חלק הכתיבה האישית לגיל התלמידים ולהשתמש בדף הרפלקציה המתאים לשכבה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שהשיחה והכתיבה אינן עוסקות בציונים אלא בתחושות ובצמיחה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פעילות המשוב הכיתתי האנונימי כסיכום משותף לאחר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סיום מחצית א׳ – רפלקציה והצבת יעדים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בסוף החלק הראשון של השנה עוצרים ברגע מיוחד. חושבים על מה שקרה, אומרים תודה, וקובעים מטרה 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ולהסתכל אחורה על מה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תודה למי שעזר 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יעד חכם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מטרה ברורה, קטנה וניתנת למדידה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שעליו מסמנים אירועים לפי 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אנונימי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שכותבים בלי לכתוב 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תעודה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כותבים על מה גאים, לא קשור לציונים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מראה ומפה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בודקים מה הלך טוב ומה 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תכנון שבועי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זמנים מאוזן ללימודים, מנוחה וחברים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עושים פעילות בסוף המחצית?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ציונים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לעצור, להסתכל אחורה ולהציב יעדים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את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מחנך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בתעודה האישית?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תעודת ציונים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דף עם 3 דברים שגאים בהם, לא קשור לציונים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טופס הרשמה למחצית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בונים יעד טוב למחצית הבאה?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יעד גדול וכללי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יעד ברור, מדיד וקטן עם צעד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יעד שהמורה בוחרת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יעד ללא שום צעדים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'מראה ומפה'?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דף רפלקציה על מה הלך טוב ומה מאתגר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בונים תעודה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ציר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עושים משוב בלי שמות?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לדעת מה לשמור ומה לשנות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נציג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מכתב תודה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א׳-ג׳ מציעים לילדים לצייר את הרגע הכי שמח שלהם מתחילת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ד׳-ו׳ כותבים מכתב תודה לאיש צוות או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עורכים רק שיחה קבוצתית ולא שיחות אישיות.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לעולים חדשים מציינים כמה עברית נלמדה מאז ספטמבר כהצלחה.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הסיכום בחטיבה עוסקת רק בציונים.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בכיתות היסודי הנמוכות משתמשים בסולם מנייר שנקרא __________ ההצלחה.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בכיתות ד׳-ו׳ מסמנים אירועים מהמחצית על __________ הזמן של 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בחטיבת הביניים כל תלמיד מנסח __________ אחד ברור וקטן למחצית הבאה.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בתיכון בונים לוח זמנים שבועי מאוזן ללימודים, מנוחה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ההתאמה לתלמידי חנ״מ כוללת 3 __________ שמבטאים רגשות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יום לפני הפעילות צריך להכין __________ זמן ריק.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שכבת גיל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א׳-ג׳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דף רפלקציה עם משפטי פתיחה פשוטים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ד׳-ו׳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יעד חכם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חטיבת הביניים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תכנון אישי שבועי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תעודה שאני כותב לעצמי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התאמה לעולים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קופסת הזיכרונות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האירוע - לשמור את היעדים ולחזור אליהם באמצע המחצית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 - להדגיש שהשיחה אינה על ציונים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 - להכין דף רפלקציה מותאם לגיל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 - לאסוף תמונות מהמחצית בהסכמה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 - להכין ציר זמן ריק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יעד חכם אחד למחצית הבאה, וצעד ראשון שתעשו השבוע כדי להתקדם אליו.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פתק תודה קצר למישהו מהכיתה או מהצוות על עזרה שקיבלתם במחצית הזו.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המרכזית של פעילות סיום מחצית?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המתאימה לכיתות הנמוכות.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המרכיבים של 'יעד חכם'?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סיום מחצית א׳ – רפלקציה והצבת יעדים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