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סיום מחצית א׳ – רפלקציה והצבת יעדים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סיום המחצית: רפלקציה, הכרת תודה והצבת יעדים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סיום מחצית המתאימות לגילאים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יעד אישי למחצית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לעצור, להסתכל אחורה ולהציב יעדים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יעד ברור, מדיד וקטן עם צעד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פעילות 'קופסת הזיכרונות' ליסודי א׳-ג׳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פעילות המכתב תודה ליסודי ד׳-ו׳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(קופסת הזיכרונות)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(תעודה שאני כותב לעצמי)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(יעד 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(תכנון אישי שבועי)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 - להכין דף רפלקציה מותאם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 - לאסוף תמונות מהמחצית בהסכמה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 - להכין ציר זמן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 - להדגיש שהשיחה אינה על ציונים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יעד ברור, קטן ומדיד + צעד מעשי אחד ברור וניתן לביצוע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רפלקציה, הכרת תודה והצבת יעדים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קופסת הזיכרונות או מדרגות ההצלחה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ברור, מדיד וקטן, עם צעד ראשון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חלק הכתיבה האישית לגיל התלמידים ולהשתמש בדף הרפלקציה המתאים לשכבה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שהשיחה והכתיבה אינן עוסקות בציונים אלא בתחושות ובצמיחה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המשוב הכיתתי האנונימי כסיכום משותף לאחר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סיום מחצית א׳ – רפלקציה והצבת יעדים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בסוף מחצית א׳ נהוג לעצור, להסתכל אחורה על מה שקרה בכיתה, להודות למי שעזר ולהציב יעדים חדשים למחצית הבאה.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מדרגות  ·  ציר  ·  יעד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פעילות סיום מחצית א׳?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לקבל ציונים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לעצור, להסתכל אחורה ולהציב יעדים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לסיים את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'יעד חכם'?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יעד גדול וכללי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יעד ברור, מדיד וקטן עם צעד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יעד שהמורה בוחרת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בכיתות א׳-ג׳ מציעים לילדים לצייר את הרגע הכי שמח שלהם מתחילת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בכיתות ד׳-ו׳ כותבים מכתב תודה לאיש צוות או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בכיתות היסודי הנמוכות משתמשים בסולם מנייר שנקרא __________ ההצלחה.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בכיתות ד׳-ו׳ מסמנים אירועים מהמחצית על __________ הזמן של 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בחטיבת הביניים כל תלמיד מנסח __________ אחד ברור וקטן למחצית הבאה.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א׳-ג׳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תעודה שאני כותב לעצמי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יסודי ד׳-ו׳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תכנון אישי שבועי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חטיבת הביניים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יעד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קופסת הזיכרונות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לפני - לאסוף תמונות מהמחצית בהסכמה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לפני - להכין דף רפלקציה מותאם לגיל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עצמו - להדגיש שהשיחה אינה על ציונים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לפני - להכין ציר זמן ריק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יעד חכם אחד למחצית הבאה, וצעד ראשון שתעשו השבוע כדי להתקדם אליו.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המרכזית של פעילות סיום מחצית?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לפעילות המתאימה לכיתות הנמוכות.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סיום מחצית א׳ – רפלקציה והצבת יעדים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